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T1, préparation au baccalauréat de technicien option électrotechnique (F3), formation professionnelle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Fraysse, Roger/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2040040528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manuels d'enseignement/ </w:t>
            </w:r>
          </w:p>
        </w:tc>
      </w:tr>
    </w:tbl>
    <w:p>
      <w:pPr>
        <w:pStyle w:val="Heading3"/>
      </w:pPr>
      <w:r>
        <w:t>Résumé :</w:t>
      </w:r>
    </w:p>
    <w:p>
      <w:r>
        <w:t>Le livre Technologie d’électricité – Tome 1 de Roger Fraysse est un manuel destiné à la formation des élèves préparant le baccalauréat de technicien en électrotechnique. Il présente d’abord les bases fondamentales de l’électricité, en expliquant les principales grandeurs électriques comme la tension, le courant, la résistance et la puissance, ainsi que les lois essentielles permettant d’analyser les circuits électriques en courant continu et alternatif. L’ouvrage aborde ensuite le magnétisme et l’électromagnétisme afin de montrer les relations entre l’électricité et le champ magnétique, éléments indispensables pour comprendre le fonctionnement des transformateurs et des machines électriques. Le livre décrit également les différents appareils et machines utilisés dans l’industrie, notamment les moteurs, générateurs et transformateurs, en mettant en évidence leur rôle dans la transformation et l’utilisation de l’énergie électrique. Enfin, il traite des installations électriques, de la distribution de l’énergie et des règles de sécurité, tout en proposant une méthode pédagogique basée sur des explications simples, des schémas techniques et des exercices pratiques pour faciliter l’apprentissage et préparer les élèves aux applications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