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d'automatique. 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Rivoire, Maurice/ Ferrier, Jean-Louis/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Chihab/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139-141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629.8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méthode de nyquist/ commande analogique/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une ressource précieuse pour ceux qui cherchent à maîtriser les techniques d’asservissement et de régulation dans le cadre de l’automatique, en combinant théorie, pratique et applications concrètes.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