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Automatique continue et échantillonnée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Clerc, Pascal/ Picault,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Technologies de l'université à l'industrie(N°:None)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629.8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 industrielle/ théorie du contrôle/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dans de très nombreux domaines scientifiques et techniques : électronique, mécanique, thermique, électrotechnique, etc. Après l'étude des bases mathématiques obligatoires (transformation de Laplace), l'ouvrage analyse à travers des exemples variés : - l'automatique continue linéaire, avec ses paramètres de performance, les méthodes d'amélioration (correcteurs) et l'influence de la non-linéarité ; - l'automatique échantillonnée et le filtrage numérique. Un chapitre est consacré au lien entré les différents types d'asservissement : la boucle à verrouillage de phase (PLL). L'organisation très pédagogique de ce livre accueille de nombreux exercices de mise en œuvre technologique avec corrigés (près de la moitié de l'ouvrage).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