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construction a l'usage de l'ingénieur. T2 , organes simples de machines assemblages élémentaires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Tourancheau, A.L/ Bru, A/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montage/ collage/ brasage/ </w:t>
            </w:r>
          </w:p>
        </w:tc>
      </w:tr>
    </w:tbl>
    <w:p>
      <w:pPr>
        <w:pStyle w:val="Heading3"/>
      </w:pPr>
      <w:r>
        <w:t>Résumé :</w:t>
      </w:r>
    </w:p>
    <w:p>
      <w:r>
        <w:t>Ce tome est consacré à l’étude des organes mécaniques simples et des assemblages élémentaires utilisés dans la construction des machines. Il constitue une base essentielle pour comprendre comment les pièces mécaniques sont assemblées, maintenues, guidées et dimensionnées afin d’assurer un fonctionnement fiable, sûr et durable des mécanismes.</w:t>
        <w:br/>
        <w:br/>
        <w:t>L’approche combine théorie mécanique, résistance des matériaux, technologie et normalisation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