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[Dix] 10 outils pour la qualité dans le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Debaveye, Hervé/ Pélegrin, François/ Terrin, Jean-Jacques/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Numéro d'Identification</w:t>
            </w:r>
          </w:p>
        </w:tc>
        <w:tc>
          <w:tcPr>
            <w:tcW w:type="dxa" w:w="7000"/>
          </w:tcPr>
          <w:p>
            <w:r>
              <w:t>228111158x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qualité dans le bâtiment/ démarche qualité opérationnelle/ </w:t>
            </w:r>
          </w:p>
        </w:tc>
      </w:tr>
    </w:tbl>
    <w:p>
      <w:pPr>
        <w:pStyle w:val="Heading3"/>
      </w:pPr>
      <w:r>
        <w:t>Résumé :</w:t>
      </w:r>
    </w:p>
    <w:p>
      <w:r>
        <w:t>La non-qualité coûte très cher au secteur du BTP. Investir dans la gestion de la qualité est une démarche rentable et pourtant rarement prise en compte. Ce livre pratique rend accessible la démarche qualité dès la conception du projet. Il en suit toutes les étapes et décrit pour chacune delles 10 outils de gestion de la qualité présentés sous forme de fiches opérationnelles. Ces outils permettent de faciliter et de maîtriser les tâches de gestion de projet, la cohérence technique et humaine et la validation de lensemble des opérations. Conçus pour sadapter à tous les types de projet et à toutes les filières dacteurs, ils constituent des moyens daccompagnement, dassistance, de mémorisation et de synthèse pour lensemble des partenaires de la construction. Un cahier détachable, regroupant 80 modèles types, permet au lecteur lapplication concrète de ces 10 outils à chaque étape de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