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Genetrique humaine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Abdelali,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9789961009765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576.5/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génétique humaine/ </w:t>
            </w:r>
          </w:p>
        </w:tc>
      </w:tr>
    </w:tbl>
    <w:p>
      <w:pPr>
        <w:pStyle w:val="Heading3"/>
      </w:pPr>
      <w:r>
        <w:t>Résumé :</w:t>
      </w:r>
    </w:p>
    <w:p>
      <w:r>
        <w:t>"Cet ouvrage. Illustré, est un guide simplifié. Donnant des connaissances générales à l'étudiant et l'invitant à s'intéresser et à faire de plus amples prospections dans le domaine de la génétique. Les notions de bases en génétique et en biologie permettent à l'étudiant de mieux progresser en sciences médicales. L'auteur a abordé les différentes applications de la génétique comme : - le diagnostic des malformations congénitales; - le conseil génétique; - la procréation médicalement assistée ; - le diagnostic et mode d'apparition des cancers."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