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distribution d'eau dans les agglomérations urbaines et rurales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Gomella, Cyril/ Neveux, Marc/ Guerrée, Henri/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des cours de l'École chez soi(N°:None)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distribution d'eau/ agglomération urbaine/ </w:t>
            </w:r>
          </w:p>
        </w:tc>
      </w:tr>
    </w:tbl>
    <w:p>
      <w:pPr>
        <w:pStyle w:val="Heading3"/>
      </w:pPr>
      <w:r>
        <w:t>Résumé :</w:t>
      </w:r>
    </w:p>
    <w:p>
      <w:r>
        <w:t>Cet ouvrage présente les principes fondamentaux de la distribution de l’eau potable dans les agglomérations urbaines et rurales. Il aborde la conception des réseaux, le dimensionnement des conduites, les ouvrages de stockage et de régulation, ainsi que les conditions d’exploitation visant à assurer une distribution fiable, économique et conforme aux exigences sanitaires.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