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Productique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Schoefs, Yves/ Fournier, Sylvain/ Léon,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[Nouv. éd.]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Espaces technologiques(N°:None)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2206080818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Productique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PRODUCTIQUE MECANIQUE apporte aux élèves les concepts et les outils nécessaires : • à la structuration de leurs connaissances, • et à la pratique de la démarche productique. Il peut être utilisé comme : • support du cours, • ressource pour les travaux pratiques, • moyen d'évaluation des connaissances et capacités. Illustré par de nombreux exemples d'application, cet ouvrage est l'ouvrage du SAVOIR-FAIRE.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