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Groundwater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Kashef, Abdel-Aziz I./ </w:t>
            </w:r>
          </w:p>
        </w:tc>
      </w:tr>
      <w:tr>
        <w:trPr>
          <w:trHeight w:val="567"/>
        </w:trPr>
        <w:tc>
          <w:tcPr>
            <w:tcW w:type="dxa" w:w="3000"/>
          </w:tcPr>
          <w:p>
            <w:r>
              <w:t>Adresse bib.</w:t>
            </w:r>
          </w:p>
        </w:tc>
        <w:tc>
          <w:tcPr>
            <w:tcW w:type="dxa" w:w="7000"/>
          </w:tcPr>
          <w:p>
            <w:r>
              <w:t xml:space="preserve">McGraw Hill Higher Education/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0070334897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groundwater/ groundwater system/ </w:t>
            </w:r>
          </w:p>
        </w:tc>
      </w:tr>
    </w:tbl>
    <w:p>
      <w:pPr>
        <w:pStyle w:val="Heading3"/>
      </w:pPr>
      <w:r>
        <w:t>Résumé :</w:t>
      </w:r>
    </w:p>
    <w:p>
      <w:r>
        <w:t>Groundwater Engineering presents the fundamental principles and practical methods used in the study and engineering of groundwater systems. The book covers groundwater occurrence and movement, aquifer properties, well design and pumping tests, as well as the management and protection of groundwater resources for engineering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