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simples d'automatisation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édtions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oléo-pneumatique/ contrôle automatique/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ressource précieuse pour les étudiants et les professionnels souhaitant approfondir leurs connaissances en automatisation. Il allie théorie et pratique, offrant une compréhension complète des systèmes oléo-pneumatiques et de la programmation associée aux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