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Pratique de la maintenance préventive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Héng, Jean/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VII-388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 et ingénierie. Série Gestion industrielle(N°:None)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2100492470</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Électromécanique/ </w:t>
            </w:r>
          </w:p>
        </w:tc>
      </w:tr>
      <w:tr>
        <w:trPr>
          <w:trHeight w:val="567"/>
        </w:trPr>
        <w:tc>
          <w:tcPr>
            <w:tcW w:type="dxa" w:w="3000"/>
          </w:tcPr>
          <w:p>
            <w:r>
              <w:t>Sujet(s)</w:t>
            </w:r>
          </w:p>
        </w:tc>
        <w:tc>
          <w:tcPr>
            <w:tcW w:type="dxa" w:w="7000"/>
          </w:tcPr>
          <w:p>
            <w:r>
              <w:t xml:space="preserve">Équipement industriel/ Entretien et réparations/ </w:t>
            </w:r>
          </w:p>
        </w:tc>
      </w:tr>
    </w:tbl>
    <w:p>
      <w:pPr>
        <w:pStyle w:val="Heading3"/>
      </w:pPr>
      <w:r>
        <w:t>Résumé :</w:t>
      </w:r>
    </w:p>
    <w:p>
      <w:r>
        <w:t>Cet ouvrage constitue un véritable guide pratique pour la mise en œuvre d'une politique de maintenance préventive dans l'entreprise : la première partie expose les méthodes permettant de mettre en place un plan de maintenance préventive ; la deuxième partie propose une centaine de fiches pratiques décrivant les actions de maintenance préventive à entreprendre, pour chaque type de matériel (contrôles non destructifs, mécanique, pneumatique, hydraulique, électricité, automatisme, froid). Ce livre constitue un support de réflexion et de travail indispensable aux responsables, ingénieurs et techniciens de maintenance soucieux de mettre en place, au sein de leur entreprise, une maintenance fiable adaptée aux enjeux économiques actuels.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