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technique de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Gosse,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2040114777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Guide technique de thermique est un manuel d’ingénierie qui présente de manière concise et claire les principes fondamentaux de la thermique appliquée — c’est-à-dire la science qui étudie le transfert d’énergie sous forme de chaleur et ses applications pratiques dans les systèmes techniques et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