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mesure et du controle dans l'industrie.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Burton, J./ Daubersy,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mesures des températures/ </w:t>
            </w:r>
          </w:p>
        </w:tc>
      </w:tr>
    </w:tbl>
    <w:p>
      <w:pPr>
        <w:pStyle w:val="Heading3"/>
      </w:pPr>
      <w:r>
        <w:t>Résumé :</w:t>
      </w:r>
    </w:p>
    <w:p>
      <w:r>
        <w:t>Le tome III traite des mesures spécialisées en industrie, comme la calorimétrie, l’analyse des gaz, le contrôle des particules et poussières, ainsi que les appareils auxiliaires. Il explique comment interpréter et exploiter les résultats pour garantir la fiabilité et la précision des mesures dans les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