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Valeur environnementale de l'énergie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Rousseaux, Patrick/ Apostol, Tiberiu/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des sciences appliquées de l'INSA de Lyon(N°:None)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2880744377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ressources énergétiques/ environnement/ </w:t>
            </w:r>
          </w:p>
        </w:tc>
      </w:tr>
    </w:tbl>
    <w:p>
      <w:pPr>
        <w:pStyle w:val="Heading3"/>
      </w:pPr>
      <w:r>
        <w:t>Résumé :</w:t>
      </w:r>
    </w:p>
    <w:p>
      <w:r>
        <w:t>Le couple énergie et environnement a été très peu étudié à ce jour. Abordant la question des impacts environnementaux liés aux processus énergétiques, cet ouvrage complète l'évaluation classique des procédés et des systèmes industriels (performance technique, fiabilité, qualité, sécurité, coût...).</w:t>
        <w:br/>
        <w:br/>
        <w:br/>
        <w:br/>
        <w:t>L'objectif du livre est double. Le premier est pédagogique : exposer l'évaluation environnementale des systèmes énergétiques à partir d'une nouvelle méthodologie, l'Analyse du Cycle de Vie (ACV). Le second est opérationnel : fournir des informations permettant de réaliser l'évaluation environnementale de certains systèmes énergétiques.</w:t>
        <w:br/>
        <w:br/>
        <w:br/>
        <w:br/>
        <w:t>S'inspirant des méthodes d'analyse multicritère, les auteurs montrent comment la valeur environnementale globale des systèmes énergétiques peut être déterminée dans un but de comparaison, illustrant leur propos par deux exemples d'application.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