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Module TEC 581 d’électricité générale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Bentounsi, Ammar/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90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27cm</w:t>
            </w:r>
          </w:p>
        </w:tc>
      </w:tr>
      <w:tr>
        <w:trPr>
          <w:trHeight w:val="567"/>
        </w:trPr>
        <w:tc>
          <w:tcPr>
            <w:tcW w:type="dxa" w:w="3000"/>
          </w:tcPr>
          <w:p>
            <w:r>
              <w:t>Collection</w:t>
            </w:r>
          </w:p>
        </w:tc>
        <w:tc>
          <w:tcPr>
            <w:tcW w:type="dxa" w:w="7000"/>
          </w:tcPr>
          <w:p>
            <w:r>
              <w:t>collection le cours d'electronique(N°:None)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électricité générale/ théorie des réseaux/ </w:t>
            </w:r>
          </w:p>
        </w:tc>
      </w:tr>
    </w:tbl>
    <w:p>
      <w:pPr>
        <w:pStyle w:val="Heading3"/>
      </w:pPr>
      <w:r>
        <w:t>Résumé :</w:t>
      </w:r>
    </w:p>
    <w:p>
      <w:r>
        <w:t>Le livre Module TEC 581 d’électricité générale : Théorie des réseaux – Électrotechnique d’Ammar Bentounsi (1991) est un manuel universitaire qui présente les bases essentielles de l’électrotechnique à travers l’étude de la théorie des réseaux électriques. Il expose de manière progressive les notions fondamentales de l’électricité telles que la tension, le courant, la résistance et la puissance, puis développe les lois principales régissant les circuits électriques, notamment celles d’Ohm et de Kirchhoff. L’ouvrage met l’accent sur l’analyse des réseaux linéaires en courant continu et en régime sinusoïdal, en utilisant des méthodes rigoureuses comme l’analyse nodale et des mailles, ainsi que la représentation complexe des impédances. Il traite également la modélisation des composants passifs (résistances, bobines, condensateurs) et leur comportement dans différents régimes, tout en reliant la théorie aux applications pratiques de l’électrotechnique. Ce livre constitue ainsi une référence pédagogique destinée à permettre aux étudiants de comprendre, analyser et résoudre des problèmes concrets liés aux réseaux électriques.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