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mesure et du controle dans l'ndustrie.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Burton, J./ Daubersy, J./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controle dans l'industrie/ </w:t>
            </w:r>
          </w:p>
        </w:tc>
      </w:tr>
    </w:tbl>
    <w:p>
      <w:pPr>
        <w:pStyle w:val="Heading3"/>
      </w:pPr>
      <w:r>
        <w:t>Résumé :</w:t>
      </w:r>
    </w:p>
    <w:p>
      <w:r>
        <w:t>Ce livre approfondit les méthodes de mesure et de contrôle utilisées en milieu industriel. Il traite des techniques avancées de mesure, du contrôle des procédés et de la maîtrise de la qualité. L’ouvrage met l’accent sur l’exploitation des résultats de mesure, l’analyse des écarts, la fiabilité des instruments et leur intégration dans les systèmes de production. Il s’adresse principalement aux techniciens supérieurs, ingénieurs et professionnels de l’industrie, soucieux d’assurer la conformité et la performance des processus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