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générale.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Denis-Papin, M./ Castellan, J./ </w:t>
            </w:r>
          </w:p>
        </w:tc>
      </w:tr>
      <w:tr>
        <w:trPr>
          <w:trHeight w:val="567"/>
        </w:trPr>
        <w:tc>
          <w:tcPr>
            <w:tcW w:type="dxa" w:w="3000"/>
          </w:tcPr>
          <w:p>
            <w:r>
              <w:t>Edition</w:t>
            </w:r>
          </w:p>
        </w:tc>
        <w:tc>
          <w:tcPr>
            <w:tcW w:type="dxa" w:w="7000"/>
          </w:tcPr>
          <w:p>
            <w:r>
              <w:t>5èm.éd. entièrement refondue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XL-197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15 cm</w:t>
            </w:r>
          </w:p>
        </w:tc>
      </w:tr>
      <w:tr>
        <w:trPr>
          <w:trHeight w:val="567"/>
        </w:trPr>
        <w:tc>
          <w:tcPr>
            <w:tcW w:type="dxa" w:w="3000"/>
          </w:tcPr>
          <w:p>
            <w:r>
              <w:t>Collection</w:t>
            </w:r>
          </w:p>
        </w:tc>
        <w:tc>
          <w:tcPr>
            <w:tcW w:type="dxa" w:w="7000"/>
          </w:tcPr>
          <w:p>
            <w:r>
              <w:t>Aide mémoire(N°:None)</w:t>
            </w:r>
          </w:p>
        </w:tc>
      </w:tr>
      <w:tr>
        <w:trPr>
          <w:trHeight w:val="567"/>
        </w:trPr>
        <w:tc>
          <w:tcPr>
            <w:tcW w:type="dxa" w:w="3000"/>
          </w:tcPr>
          <w:p>
            <w:r>
              <w:t>Notes Générales</w:t>
            </w:r>
          </w:p>
        </w:tc>
        <w:tc>
          <w:tcPr>
            <w:tcW w:type="dxa" w:w="7000"/>
          </w:tcPr>
          <w:p>
            <w:r>
              <w:t>annexes</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métrologie/ </w:t>
            </w:r>
          </w:p>
        </w:tc>
      </w:tr>
    </w:tbl>
    <w:p>
      <w:pPr>
        <w:pStyle w:val="Heading3"/>
      </w:pPr>
      <w:r>
        <w:t>Résumé :</w:t>
      </w:r>
    </w:p>
    <w:p>
      <w:r>
        <w:t>Cet ouvrage présente les principes fondamentaux de la métrologie, en abordant la science de la mesure, les unités et étalons, ainsi que les méthodes d’étalonnage et de contrôle métrologique. Il met l’accent sur l’exactitude des mesures, l’analyse des erreurs et incertitudes, et la traçabilité métrologique. Le livre constitue une référence théorique et pratique pour les étudiants, techniciens et ingénieurs, notamment dans les domaines de l’industrie et des laboratoires de mesure.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