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milieux "naturels" du globe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Demangeot,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revue et corrigée/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309-324. Index p.p. 325-355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9782200355838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