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grandes structures géologiques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Debelmas, Jacques/ Mascle, Georges/ Basile, Christophe/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303-316. Index</w:t>
            </w:r>
          </w:p>
        </w:tc>
      </w:tr>
      <w:tr>
        <w:trPr>
          <w:trHeight w:val="567"/>
        </w:trPr>
        <w:tc>
          <w:tcPr>
            <w:tcW w:type="dxa" w:w="3000"/>
          </w:tcPr>
          <w:p>
            <w:r>
              <w:t>Numéro d'Identification</w:t>
            </w:r>
          </w:p>
        </w:tc>
        <w:tc>
          <w:tcPr>
            <w:tcW w:type="dxa" w:w="7000"/>
          </w:tcPr>
          <w:p>
            <w:r>
              <w:t>9782100513598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la structure géologique/ </w:t>
            </w:r>
          </w:p>
        </w:tc>
      </w:tr>
    </w:tbl>
    <w:p>
      <w:pPr>
        <w:pStyle w:val="Heading3"/>
      </w:pPr>
      <w:r>
        <w:t>Résumé :</w:t>
      </w:r>
    </w:p>
    <w:p>
      <w:r>
        <w:t>Ce livre, destiné aux étudiants en Master des sciences de la Terre et de l'Univers, sera également utile aux candidats aux concours d'enseignement.</w:t>
        <w:br/>
        <w:br/>
        <w:br/>
        <w:br/>
        <w:t>Cet ouvrage est consacré aux grandes structures géologiques (chaînes de montagnes, bassins sédimentaires, marges continentales, océans...), un domaine des sciences de la Terre où les progrès sont constants et de nouveaux concepts et de nouvelles interprétations formulés.</w:t>
        <w:br/>
        <w:br/>
        <w:br/>
        <w:br/>
        <w:t>Cette cinquième édition entièrement renouvelée expose les nouvelles données et fournit une synthèse de leurs résultats. L'ouvrage est écrit dans une perspective dynamique, c'est-à-dire évolutive, corrélant les différents phénomènes en présence : sédimentation, déformation, volcanisme, métamorphisme, cinématique..., pour aboutir à une classification raisonnée des structures géologiques.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