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représentation des données géographiques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Béguin, Michèle/ Pumain, Denise/ Pascard, Élisabeth/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Armand Coline/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9782200265816</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sémiologie graphique/ variable visuelle/ </w:t>
            </w:r>
          </w:p>
        </w:tc>
      </w:tr>
    </w:tbl>
    <w:p>
      <w:pPr>
        <w:pStyle w:val="Heading3"/>
      </w:pPr>
      <w:r>
        <w:t>Résumé :</w:t>
      </w:r>
    </w:p>
    <w:p>
      <w:r>
        <w:t>nouvelle présentation Le besoin de cartes, la multiplication des bases de données et l'usage des ordinateurs ont considérablement développé la production de documents cartographiques. Cependant, il reste indispensable de traiter convenablement l'information géographique en vue de sa communication visuelle. Cet ouvrage propose des méthodes de représentation qui associent et valorisent à la fois les règles de l'analyse des données statistiques et les principes de la sémiologie graphique. Ce manuel, le premier du genre, apporte aux étudiants de géographie et à tous les producteurs de cartes un exposé clair et abondamment illustré de méthodes éprouvées. Il est conçu pour que le lecteur puisse acquérir une autonomie complète dans la réalisation de la plupart des types de documents cartographiques. Michèle Béguin, géographe-cartographe, est maître de conférences à l'université de Paris I et directeur du DESS de cartographie (Paris I - ENSG). Denise Pumain, spécialiste des méthodes quantitatives en géographie, est professeur à l'université de Paris I. Avec la collaboration d' Élisabeth Pascard, géographe-cartographe qui a réalisé les illustrations. Les principes de la cartographie. L'information géographique. La sémiologie et le langage cartographique. Traiter et représenter l'information qualitative nominale. Découper en classes les séries quantitatives. Représenter les séries quantitatives ou l'information ordonnée. Représenter deux caractères quantitatifs. Les graphiques fonctionnels. Traiter et représenter l'information quantitative multivariée.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