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Manipulations et travaux pratiques de métrologie.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Deforge, Yves/ Leynaud, André/ Ortis, Constant/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VI-126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métrologie/ </w:t>
            </w:r>
          </w:p>
        </w:tc>
      </w:tr>
    </w:tbl>
    <w:p>
      <w:pPr>
        <w:pStyle w:val="Heading3"/>
      </w:pPr>
      <w:r>
        <w:t>Résumé :</w:t>
      </w:r>
    </w:p>
    <w:p>
      <w:r>
        <w:t>et ouvrage est un manuel d’initiation à la métrologie expérimentale, centré sur les travaux pratiques. Il présente les bases essentielles de la mesure (grandeurs, unités, instruments) et apprend à réaliser correctement des mesures, à mettre en œuvre des protocoles expérimentaux et à analyser les résultats. Le livre insiste sur la rigueur scientifique, la compréhension des erreurs de mesure et l’acquisition de bons réflexes en laboratoire. Il s’adresse principalement aux étudiants des filières scientifiques et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