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Manipulations et travaux pratiques de métrologie. 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Deforge, Yves/ Leynaud, André/ Ortis, Constant/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Électromécanique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métrologie/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pratique de métrologie qui initie aux méthodes de mesure, aux instruments, à l’étalonnage et à l’analyse des erreurs. Il s’appuie sur des travaux pratiques pour apprendre à réaliser des mesures fiables et rigoureuses en laboratoire et en milieu 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