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Automatique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Foulard, Claude/ Flaus, Jean-Marie/ Jacomino, Mireille/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377-379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2866016084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Automatique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réponse en fréquence/ contrôle optimal/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outil précieux pour les étudiants cherchant à acquérir une base solide en automatique, en les préparant aux épreuves des classes préparatoires tout en leur fournissant des compétences pratiques essentielles.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