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Traitement des 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Kettab,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 d'eau/ eau potable/ </w:t>
            </w:r>
          </w:p>
        </w:tc>
      </w:tr>
    </w:tbl>
    <w:p>
      <w:pPr>
        <w:pStyle w:val="Heading3"/>
      </w:pPr>
      <w:r>
        <w:t>Résumé :</w:t>
      </w:r>
    </w:p>
    <w:p>
      <w:r>
        <w:t>L’ouvrage Traitement des eaux – Les eaux potables de **A. Kettab** est un manuel technique et pédagogique consacré aux **principes, procédés et technologies de production de l’eau destinée à la consommation humaine**. Il s’adresse principalement aux étudiants, ingénieurs et techniciens du domaine de l’eau et de l’environnement.</w:t>
        <w:br/>
        <w:br/>
        <w:br/>
        <w:br/>
        <w:t>L’auteur commence par rappeler le rôle essentiel de l’eau potable dans la santé publique et le développement socio-économique. Il présente les différentes ressources en eau (eaux superficielles, souterraines) ainsi que leurs caractéristiques physiques, chimiques et biologiques, en insistant sur les sources de pollution naturelle et anthropique.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