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maintenance des équipements gaz et 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Debomy, Pierre Louis/ Poulit, Jean/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La p. de t. porte: Evoquée à CEGIBAT à travers l'expérience de spécialistes</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appareils à gaz/ alimentation en énergie/ </w:t>
            </w:r>
          </w:p>
        </w:tc>
      </w:tr>
    </w:tbl>
    <w:p>
      <w:pPr>
        <w:pStyle w:val="Heading3"/>
      </w:pPr>
      <w:r>
        <w:t>Résumé :</w:t>
      </w:r>
    </w:p>
    <w:p>
      <w:r>
        <w:t>Le livre La maintenance des équipements gaz et électricité de Pierre-Louis Debomy (1981) est un ouvrage technique destiné aux professionnels de la maintenance industrielle et des installations énergétiques. Il présente les principes fondamentaux de la maintenance appliqués aux équipements fonctionnant au gaz et à l’électricité, en mettant l’accent sur la sécurité, la fiabilité et la durabilité des installations. L’auteur y décrit les méthodes d’entretien préventif et correctif, les techniques de diagnostic des pannes, ainsi que les procédures d’intervention sur les systèmes électriques (tableaux, circuits, protections) et sur les installations à gaz (chaudières, canalisations, régulateurs). Le livre insiste également sur l’importance du respect des normes, de la prévention des risques et de l’organisation efficace des opérations de maintenance, faisant de cet ouvrage un guide pratique essentiel pour assurer le bon fonctionnement et la sécurité des équipements énergétiques.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