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Leçons d'électricité. P1, initiation des non-spécialistes en électricité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Lignon, Jean/ </w:t>
            </w:r>
          </w:p>
        </w:tc>
      </w:tr>
      <w:tr>
        <w:trPr>
          <w:trHeight w:val="567"/>
        </w:trPr>
        <w:tc>
          <w:tcPr>
            <w:tcW w:type="dxa" w:w="3000"/>
          </w:tcPr>
          <w:p>
            <w:r>
              <w:t>Adresse bib.</w:t>
            </w:r>
          </w:p>
        </w:tc>
        <w:tc>
          <w:tcPr>
            <w:tcW w:type="dxa" w:w="7000"/>
          </w:tcPr>
          <w:p>
            <w:r>
              <w:t xml:space="preserve">Delagrave/ </w:t>
            </w:r>
          </w:p>
        </w:tc>
      </w:tr>
      <w:tr>
        <w:trPr>
          <w:trHeight w:val="567"/>
        </w:trPr>
        <w:tc>
          <w:tcPr>
            <w:tcW w:type="dxa" w:w="3000"/>
          </w:tcPr>
          <w:p>
            <w:r>
              <w:t>Nombre de Pages</w:t>
            </w:r>
          </w:p>
        </w:tc>
        <w:tc>
          <w:tcPr>
            <w:tcW w:type="dxa" w:w="7000"/>
          </w:tcPr>
          <w:p>
            <w:r>
              <w:t>141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La couv. du t. 1 porte : " lycées d'enseignement professionnel et formation permanente ".</w:t>
            </w:r>
          </w:p>
        </w:tc>
      </w:tr>
      <w:tr>
        <w:trPr>
          <w:trHeight w:val="567"/>
        </w:trPr>
        <w:tc>
          <w:tcPr>
            <w:tcW w:type="dxa" w:w="3000"/>
          </w:tcPr>
          <w:p>
            <w:r>
              <w:t>Numéro d'Identification</w:t>
            </w:r>
          </w:p>
        </w:tc>
        <w:tc>
          <w:tcPr>
            <w:tcW w:type="dxa" w:w="7000"/>
          </w:tcPr>
          <w:p>
            <w:r>
              <w:t>2206002035</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courant électrique/ résistance électrique/ </w:t>
            </w:r>
          </w:p>
        </w:tc>
      </w:tr>
    </w:tbl>
    <w:p>
      <w:pPr>
        <w:pStyle w:val="Heading3"/>
      </w:pPr>
      <w:r>
        <w:t>Résumé :</w:t>
      </w:r>
    </w:p>
    <w:p>
      <w:r>
        <w:t>Le livre Leçons d’électricité : initiation des non-spécialistes en électricité de Jean Lignon (1983-1986) est un manuel pédagogique destiné aux débutants souhaitant comprendre les bases de l’électricité sans formation scientifique approfondie. Il présente de manière claire et progressive les notions fondamentales telles que la tension, le courant et la résistance, ainsi que les lois essentielles comme la loi d’Ohm et les règles de Kirchhoff, permettant d’analyser des circuits simples. L’ouvrage explique le fonctionnement des circuits en série et en parallèle, distingue le courant continu du courant alternatif, et introduit les phénomènes d’électrostatique, de magnétisme et d’électromagnétisme. L’auteur privilégie une approche concrète, avec des exemples pratiques et des schémas explicatifs, afin de relier la théorie aux applications quotidiennes. Ce livre constitue ainsi une base solide pour toute personne souhaitant s’initier à l’électricité de façon simple, accessible et utile dans un cadre scolaire, professionnel ou personnel.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