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électro-hydraulique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Faisandier,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2-04-012074-2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électro-hydraulique/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fondamentaux de l’hydraulique et de l’électro-hydraulique appliqués aux systèmes industriels et mobiles. Il couvre la physique des fluides, les lois de conservation, les composants (pompes, vérins, valves), ainsi que les applications pratiques de l’hydraulique associée à l’automatisme électrique. L’auteur explique aussi comment commander et optimiser des systèmes hydrauliques à l’aide de composants électro-hydrauliques, avec des schémas et exemples pour faciliter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