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Stansfield, William D./ Rizet, Georges/ Sainsard, A./ Pinon,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2704211256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Génétique/ </w:t>
            </w:r>
          </w:p>
        </w:tc>
      </w:tr>
    </w:tbl>
    <w:p>
      <w:pPr>
        <w:pStyle w:val="Heading3"/>
      </w:pPr>
      <w:r>
        <w:t>Résumé :</w:t>
      </w:r>
    </w:p>
    <w:p>
      <w:r>
        <w:t>Pas de temps à perdre? Les examens approchent et la panique vous guette? Besoin d'améliorer vos résultats? Ce livre est fait pour vous! Des notions de cours, de nombreux schémas, des exercices : tout ce dont vous avez besoin pour apprendre et maîtriser rapidement l'essentiel de la génétique! Sommaire : Les bases physiques de l'hérédité : La génétique, La cellule, Les chromosomes, La division cellulaire, Les lois de Mendel, La gamétogenèse, Les cycles de vie; Héritage d'un seul gène : Terminologie, Relations alléliques, Croisements impliquant un seul gène (monofactoriels), Analyse de pedigrees, Théorie de probabilités; Deux gènes ou plus : Mélanges indépendants, Systèmes pour résoudre les croisements dihybrides, Ratios dihybrides modifiés, Combinaisons supérieures; Interactions génétiques : Interactions entre deux facteurs, Interactions épistatiques, Interactions non-épistatiques, Interactions entre trois facteurs ou plus, Pléitropisme; La génétique liée au sexe : L'importance du sexe, Mécanismes du déterminisme sexuel, Hérédité liée au sexe, Variations des liaisons au sexe, Caractères influencés par le sexe, Caractères limités à un sexe, Réversion sexuelle; Liaison génétique et cartographie chromosomique : Recombinaison entre gènes liés, Cartographie génétique, Estimation du degré de liaison à partir des résultats de la F2,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