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Énergie 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Giret,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9782729887841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hydraulique/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L’ouvrage Énergie hydraulique d’Alain Giret constitue une référence pédagogique sur la production d’énergie à partir de l’eau. Il présente de manière progressive les **principes physiques, les technologies et les enjeux liés à l’exploitation de l’énergie hydraulique, depuis les bases théoriques jusqu’aux applications industrielles.</w:t>
        <w:br/>
        <w:br/>
        <w:br/>
        <w:br/>
        <w:t>L’auteur débute par une introduction aux fondements de l’hydraulique appliquée à l’énergie, en rappelant les notions essentielles de débit, de chute, de puissance et de rendement. Ces bases permettent de comprendre le fonctionnement des installations hydroélectriques et les conditions nécessaires à leur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