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Processus unitaires du traitement de l'eau potable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Masschelein, Willy J./ Chevolet, H./ </w:t>
            </w:r>
          </w:p>
        </w:tc>
      </w:tr>
      <w:tr>
        <w:trPr>
          <w:trHeight w:val="567"/>
        </w:trPr>
        <w:tc>
          <w:tcPr>
            <w:tcW w:type="dxa" w:w="3000"/>
          </w:tcPr>
          <w:p>
            <w:r>
              <w:t>Adresse bib.</w:t>
            </w:r>
          </w:p>
        </w:tc>
        <w:tc>
          <w:tcPr>
            <w:tcW w:type="dxa" w:w="7000"/>
          </w:tcPr>
          <w:p>
            <w:r>
              <w:t xml:space="preserve">CEBEDOC ed./ TEC et DOC Lavoisier/ </w:t>
            </w:r>
          </w:p>
        </w:tc>
      </w:tr>
      <w:tr>
        <w:trPr>
          <w:trHeight w:val="567"/>
        </w:trPr>
        <w:tc>
          <w:tcPr>
            <w:tcW w:type="dxa" w:w="3000"/>
          </w:tcPr>
          <w:p>
            <w:r>
              <w:t>Nombre de Pages</w:t>
            </w:r>
          </w:p>
        </w:tc>
        <w:tc>
          <w:tcPr>
            <w:tcW w:type="dxa" w:w="7000"/>
          </w:tcPr>
          <w:p>
            <w:r>
              <w:t>693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en fin de chap. Index</w:t>
            </w:r>
          </w:p>
        </w:tc>
      </w:tr>
      <w:tr>
        <w:trPr>
          <w:trHeight w:val="567"/>
        </w:trPr>
        <w:tc>
          <w:tcPr>
            <w:tcW w:type="dxa" w:w="3000"/>
          </w:tcPr>
          <w:p>
            <w:r>
              <w:t>Numéro d'Identification</w:t>
            </w:r>
          </w:p>
        </w:tc>
        <w:tc>
          <w:tcPr>
            <w:tcW w:type="dxa" w:w="7000"/>
          </w:tcPr>
          <w:p>
            <w:r>
              <w:t>2-87080-035-5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l’eau/ eau potable/ </w:t>
            </w:r>
          </w:p>
        </w:tc>
      </w:tr>
    </w:tbl>
    <w:p>
      <w:pPr>
        <w:pStyle w:val="Heading3"/>
      </w:pPr>
      <w:r>
        <w:t>Résumé :</w:t>
      </w:r>
    </w:p>
    <w:p>
      <w:r>
        <w:t>Nouveau et capital, ce livre de référence et d'étude fournit à la fois des informations fondamentales sur la théorie des principaux processus du traitement de l'eau potable et des exemples pratiques de situations réelles. Cette intégration est émaillée de recommandations pour la conception des processus unitaires à …</w:t>
        <w:br/>
        <w:br/>
        <w:t>Nouveau et capital, ce livre de référence et d'étude fournit à la fois des informations fondamentales sur la théorie des principaux processus du traitement de l'eau potable et des exemples pratiques de situations réelles. Cette intégration est émaillée de recommandations pour la conception des processus unitaires à mettre en œuvre dans les stations de traitement de l'eau. En détaillant chacun des processus et en offrant des conseils pour la conduite d'une station, Les Processus Unitaires du Traitement de l'Eau Potable examine les critères de qualité de l'eau, les normes et les objectifs,... les aspects quantitatifs du traitement de l'eau... les processus de désinfection par ozone, dioxyde de chlore et les ultraviolets,... les processus de coagulation, floculation et clarification,... la sédimentation, l'absorption et la filtration,... la croissance et la dégénérescence bactérienne,... les méthodes d'évaluation et les pannes de la station... et beaucoup d'autres choses encore ! Avec plus de 800 citations bibliographiques et figures, Les Processus Unitaires du Traitement de l'Eau Potable est un ouvrage de référence pratique pour les ingénieurs chimistes, les ingénieurs de projet, de l'environnement ou du contrôle de la pollution, pour les éco-conseillers, pour les spécialistes du traitement et du contrôle de la qualité de l'eau, pour les opérateurs de station d'épuration. Il est aussi un manuel d'étude inestimable pour les étudiants du second cycle, pour les étudiants du troisième cycle en génie sanitaire et pour ceux qui sont en formation au traitement de l'eau et au contrôle de qualité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