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Dictionnaire technique du batiment et des travaux publics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Barbier, Maurice/ Cadiergues, Roger/ Stoskope, Gustave/ Flitz, Janine/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dictionnaire technique/ second œuvre/ </w:t>
            </w:r>
          </w:p>
        </w:tc>
      </w:tr>
    </w:tbl>
    <w:p>
      <w:pPr>
        <w:pStyle w:val="Heading3"/>
      </w:pPr>
      <w:r>
        <w:t>Résumé :</w:t>
      </w:r>
    </w:p>
    <w:p>
      <w:r>
        <w:t>Le livre "dictionnaire technique du bâtiment et des travaux publics" de M. BARBIER est un ouvrage de référence pour les professionnels de la construction et de l'ingénierie. il s'agit d'un dictionnaire technique qui rassemble un grand nombre de termes relatifs aux domaines de la construction et des travaux publics.</w:t>
        <w:br/>
        <w:br/>
        <w:t>le livre couvre une grande variété de sujets liés à la construction, tels que la maçonnerie, la charpenterie, l'électricité, la plomberie, la toiture, la ventilation, la climatisation, la géotechnique, la topographie, etc. il contient également des termes relatifs aux normes et réglementations en vigueur dans le domaine de la construction.</w:t>
        <w:br/>
        <w:br/>
        <w:t>le dictionnaire est organisé par ordre alphabétique, ce qui facilite la recherche des termes et leur compréhension. chaque entrée du dictionnaire fournit une définition précise et complète du terme, accompagnée de schémas, de tableaux, de graphiques et d'exemples concrets pour illustrer son utilisation.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