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Systemes Automatiques. T2, commande des processus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Hautier, Jean-Paul/ Caron,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2729897208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de processus/ réponse temporelle/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donc une ressource précieuse pour les étudiants et les professionnels souhaitant approfondir leurs connaissances en commande des processus, avec un équilibre entre théorie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