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Howell, Benjamin Franklin/ Tazieff, Haroun/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géophysique/ </w:t>
            </w:r>
          </w:p>
        </w:tc>
      </w:tr>
    </w:tbl>
    <w:p>
      <w:pPr>
        <w:pStyle w:val="Heading3"/>
      </w:pPr>
      <w:r>
        <w:t>Résumé :</w:t>
      </w:r>
    </w:p>
    <w:p>
      <w:r>
        <w:t>Introduction à la géophysique présente les principes et méthodes physiques (sismiques, gravimétriques, magnétiques, électriques) utilisés pour étudier la structure, les propriétés et les dynamiques internes de la Terre, de la surface jusqu’au manteau et au noyau.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