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protection des distributions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Montout, Gérard/ Larguier, Maurice/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distribution d'eau/ protection de distribution/ </w:t>
            </w:r>
          </w:p>
        </w:tc>
      </w:tr>
    </w:tbl>
    <w:p>
      <w:pPr>
        <w:pStyle w:val="Heading3"/>
      </w:pPr>
      <w:r>
        <w:t>Résumé :</w:t>
      </w:r>
    </w:p>
    <w:p>
      <w:r>
        <w:t>L’ouvrage de Gérard Montout traite des principes et des dispositifs de protection des réseaux de distribution d’eau, en mettant l’accent sur la prévention des retours d’eau, la sécurité sanitaire et la conformité réglementaire afin de garantir la qualité de l’eau potable.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