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T2 : exercices d'application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Houali, K./ lahcen.s/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9789961018439</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w:t>
            </w:r>
          </w:p>
        </w:tc>
      </w:tr>
    </w:tbl>
    <w:p>
      <w:pPr>
        <w:pStyle w:val="Heading3"/>
      </w:pPr>
      <w:r>
        <w:t>Résumé :</w:t>
      </w:r>
    </w:p>
    <w:p>
      <w:r>
        <w:t>Cet ouvrage est un recueil d’exercices d’application en génétique, conçu pour accompagner les cours théoriques de génétique dans le cadre universitaire. Il propose une large gamme d’exercices organisés par thèmes, avec un niveau de difficulté progressive, afin de renforcer la compréhension des concepts fondamentaux de la 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