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sédimentologie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Chamley, Hervé/ Aubouin,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2100048848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sédimentologie/ </w:t>
            </w:r>
          </w:p>
        </w:tc>
      </w:tr>
    </w:tbl>
    <w:p>
      <w:pPr>
        <w:pStyle w:val="Heading3"/>
      </w:pPr>
      <w:r>
        <w:t>Résumé :</w:t>
      </w:r>
    </w:p>
    <w:p>
      <w:r>
        <w:t>La sédimentologie, ou science des sédiments et roches sédimentaires, étudie la manière dont se constituent les enveloppes solides les plus superficielles de la Terre et des planètes soumises à l'action de l'eau, du vent et de la gravité. Cet ouvrage présente les caractères et les mécanismes essentiels de la formation des dépôts, avec concision et en associant des données scientifiques classiques et récentes. De nombreux exemples sont décrits. Entièrement revue et corrigée, cette seconde édition étudie successivement l'origine des constituants sédimentaires, leurs caractéristiques, combinaisons et significations, les modes de mise en place des dépôts et leurs modifications au cours de l'histoire.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