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Diament,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est de fournir aux étudiants en sciences de la Terre les notions de base de la physique du globe et de la géophysique fondamentale et appliquée. * Le premier chapitre présente les notions essentielles de modèle, d'anomalie, d'échelle, de mesures et d'incertitude sur les mesures. * Les deux chapitres suivants sont consacrés à la gravimétrie, c'est-à-dire à l'étude du champ de pesanteur terrestre et de ses variations. * L'étude de la propagation des ondes à l'intérieur de la Terre (sismologie) et ses applications à des méthodes de prospection (sismique réflexion et sismique réfraction) font l'objet des chapitres 4 et 5. * Les deux derniers chapitres portent sur l'étude du champ magnétique terrestre (géomagnétisme), et sur les méthodes de prospection électrique. * Une vingtaine d'exercices corrigés permettent de manipuler les notions théoriques du cours et de se familiariser avec leur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