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power plant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1065 p.</w:t>
            </w:r>
          </w:p>
        </w:tc>
      </w:tr>
      <w:tr>
        <w:trPr>
          <w:trHeight w:val="567"/>
        </w:trPr>
        <w:tc>
          <w:tcPr>
            <w:tcW w:type="dxa" w:w="3000"/>
          </w:tcPr>
          <w:p>
            <w:r>
              <w:t>Illustration</w:t>
            </w:r>
          </w:p>
        </w:tc>
        <w:tc>
          <w:tcPr>
            <w:tcW w:type="dxa" w:w="7000"/>
          </w:tcPr>
          <w:p>
            <w:r>
              <w:t>24 cm</w:t>
            </w:r>
          </w:p>
        </w:tc>
      </w:tr>
      <w:tr>
        <w:trPr>
          <w:trHeight w:val="567"/>
        </w:trPr>
        <w:tc>
          <w:tcPr>
            <w:tcW w:type="dxa" w:w="3000"/>
          </w:tcPr>
          <w:p>
            <w:r>
              <w:t>Format</w:t>
            </w:r>
          </w:p>
        </w:tc>
        <w:tc>
          <w:tcPr>
            <w:tcW w:type="dxa" w:w="7000"/>
          </w:tcPr>
          <w:p>
            <w:r>
              <w:t>ill.</w:t>
            </w:r>
          </w:p>
        </w:tc>
      </w:tr>
      <w:tr>
        <w:trPr>
          <w:trHeight w:val="567"/>
        </w:trPr>
        <w:tc>
          <w:tcPr>
            <w:tcW w:type="dxa" w:w="3000"/>
          </w:tcPr>
          <w:p>
            <w:r>
              <w:t>Numéro d'Identification</w:t>
            </w:r>
          </w:p>
        </w:tc>
        <w:tc>
          <w:tcPr>
            <w:tcW w:type="dxa" w:w="7000"/>
          </w:tcPr>
          <w:p>
            <w:r>
              <w:t>8170086523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power plant engineering/ industrial engineering/ </w:t>
            </w:r>
          </w:p>
        </w:tc>
      </w:tr>
    </w:tbl>
    <w:p>
      <w:pPr>
        <w:pStyle w:val="Heading3"/>
      </w:pPr>
      <w:r>
        <w:t>Résumé :</w:t>
      </w:r>
    </w:p>
    <w:p>
      <w:r>
        <w:t>A Textbook of Power Plant Engineering de R. K. Rajput (2005) est un manuel complet destiné aux étudiants en génie mécanique et aux candidats aux concours d’ingénierie, qui présente de manière systématique les principes et les technologies de production de l’énergie électrique. Le livre explique les bases thermodynamiques des cycles de puissance ainsi que le fonctionnement détaillé des principales centrales électriques, notamment les centrales thermiques à vapeur, les centrales diesel, à turbines à gaz, hydroélectriques et nucléaires. Il aborde aussi les centrales à cycle combiné, l’économie de la production d’électricité, l’instrumentation et les équipements électriques, ainsi que les problèmes de pollution et de protection de l’environnement. Une attention particulière est portée aux sources d’énergie non conventionnelles comme le solaire et l’éolien. Grâce à un style clair, des schémas explicatifs, des exemples résolus et des exercices, cet ouvrage constitue une référence pédagogique essentielle pour comprendre la conception, l’exploitation et l’optimisation des centrales électriques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