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des systèmes échantillonnés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Vanheeghe, Philippe/ Sueur, Christophe/ Borne, Pierre/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168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Sciences et technologies(N°:14)</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2710807904</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réponse temporelle/ la simulation/ </w:t>
            </w:r>
          </w:p>
        </w:tc>
      </w:tr>
    </w:tbl>
    <w:p>
      <w:pPr>
        <w:pStyle w:val="Heading3"/>
      </w:pPr>
      <w:r>
        <w:t>Résumé :</w:t>
      </w:r>
    </w:p>
    <w:p>
      <w:r>
        <w:t>Cet ouvrage présente les aspects fondamentaux relatifs à la modélisation, l analyse et la commande des processus continus à commande échantillonnée. Il propose de nombreux exercices de mise en uvre et d application couvrant l essentiel des problèmes usuellement rencontrés dans la mise en uvre de commandes échantillonnées. La solution de chaque exercice est détaillée, pour permettre au lecteur de mieux comprendre et de mieux assimiler les notions fondamentales de l automatique des systèmes échantillonnés.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