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par engrenages pour les appareils de levage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Octrue, Michel/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73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9782368940693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appareil de levage/ transmission par engrenage/ </w:t>
            </w:r>
          </w:p>
        </w:tc>
      </w:tr>
    </w:tbl>
    <w:p>
      <w:pPr>
        <w:pStyle w:val="Heading3"/>
      </w:pPr>
      <w:r>
        <w:t>Résumé :</w:t>
      </w:r>
    </w:p>
    <w:p>
      <w:r>
        <w:t>Ce titre traite des principes de transmission du mouvement et de la puissance par engrenages appliqués aux appareils de levage, en mettant l’accent sur le calcul des rapports de réduction, le rendement, la résistance mécanique et la sécurité pour assurer un levage fiable et efficace des charges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