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T1, exercices avec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Bornand, Michel/ </w:t>
            </w:r>
          </w:p>
        </w:tc>
      </w:tr>
      <w:tr>
        <w:trPr>
          <w:trHeight w:val="567"/>
        </w:trPr>
        <w:tc>
          <w:tcPr>
            <w:tcW w:type="dxa" w:w="3000"/>
          </w:tcPr>
          <w:p>
            <w:r>
              <w:t>Adresse bib.</w:t>
            </w:r>
          </w:p>
        </w:tc>
        <w:tc>
          <w:tcPr>
            <w:tcW w:type="dxa" w:w="7000"/>
          </w:tcPr>
          <w:p>
            <w:r>
              <w:t xml:space="preserve">Librairie Vuibert/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271174180x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théorème de millman/ amplificateur linéaire/ </w:t>
            </w:r>
          </w:p>
        </w:tc>
      </w:tr>
    </w:tbl>
    <w:p>
      <w:pPr>
        <w:pStyle w:val="Heading3"/>
      </w:pPr>
      <w:r>
        <w:t>Résumé :</w:t>
      </w:r>
    </w:p>
    <w:p>
      <w:r>
        <w:t>Électronique  T1, exercices avec solutions est un ouvrage pédagogique qui consolide les bases de l’électronique par une série d’exercices progressifs entièrement corrigés, permettant d’appliquer concrètement les notions fondamentales (lois électriques, composants de base, circuits analogiques) et de développer une méthode rigoureuse de résolution de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