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electrical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first édition</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8170086175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Technology/ basic electrical principles/ </w:t>
            </w:r>
          </w:p>
        </w:tc>
      </w:tr>
    </w:tbl>
    <w:p>
      <w:pPr>
        <w:pStyle w:val="Heading3"/>
      </w:pPr>
      <w:r>
        <w:t>Résumé :</w:t>
      </w:r>
    </w:p>
    <w:p>
      <w:r>
        <w:t>A Textbook of Electrical Technology by R. K. Rajput (2004) is an introductory textbook designed for first-year Bachelor of Engineering students according to the syllabus of Maharshi Dayanand University, GJU, and Kurukshetra University in Haryana. The book presents the fundamental concepts of electrical engineering in a clear and systematic manner, covering topics such as DC and AC circuits, network theorems, three-phase systems, transformers, electrical machines, and measuring instruments. It combines theoretical explanations with practical examples, diagrams, and solved problems to help students understand and apply basic electrical principles. With additional exercises and laboratory-oriented content, the book serves as a comprehensive foundation for students beginning their studies in electrical and electronic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