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 industrielle en 20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Boujat, Gérard/ Anaya,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9782100598854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automatique industrielle/ analyse de la stabilité/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présentation simple et concise de l'Automatique industrielle en 20 fiches pédagogiques. Chaque fiche comporte : - les idées clés à connaître, - la méthode à mettre en oeuvre, - des applications sous forme d'exercices corrigés. Contenu : - Système automatisé de production - L'information et ses supports - Numération et codes - Les réseaux - Les capteurs - Les automates - La programmation (GRAFCET, GEMMA) - Les fluides pneumatiques et hydrauliques - Les vérins et les moteurs - La sécurité et la sûreté.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