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composants hydrauliques et pneumatiques de l'automatique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Molle, Raoul/ Naslin,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Bibliothèque de l'automaticien(N°:26)</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automatique industrielle/ pneumatique/ </w:t>
            </w:r>
          </w:p>
        </w:tc>
      </w:tr>
    </w:tbl>
    <w:p>
      <w:pPr>
        <w:pStyle w:val="Heading3"/>
      </w:pPr>
      <w:r>
        <w:t>Résumé :</w:t>
      </w:r>
    </w:p>
    <w:p>
      <w:r>
        <w:t>L’ouvrage Les composants hydrauliques et pneumatiques de l’automatique de R. Molle présente de manière claire les principes de fonctionnement et les caractéristiques des principaux composants utilisés dans les systèmes automatisés. Il aborde les sources d’énergie, les actionneurs, les distributeurs, les organes de régulation et de commande, en mettant en évidence leur rôle dans les circuits hydrauliques et pneumatiques. Le livre constitue une référence synthétique pour comprendre la conception, l’analyse et l’exploitation des systèmes d’automatisation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