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théorique. T4. électromagnétisme et électrodynamique des états quasi permanents courants induits et actions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Jouguet, Marc/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 technique et scientifique du C.N.E.T.(N°:None)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théorique/ courants induits/ </w:t>
            </w:r>
          </w:p>
        </w:tc>
      </w:tr>
    </w:tbl>
    <w:p>
      <w:pPr>
        <w:pStyle w:val="Heading3"/>
      </w:pPr>
      <w:r>
        <w:t>Résumé :</w:t>
      </w:r>
    </w:p>
    <w:p>
      <w:r>
        <w:t>Le Traité d’électricité théorique, Tome 4 de Marc Jouguet (1965) est consacré à l’étude approfondie de l’électromagnétisme et de l’électrodynamique dans le régime des états quasi permanents, c’est-à-dire lorsque les champs et les courants varient lentement dans le temps, permettant certaines simplifications des équations de Maxwell. L’ouvrage analyse de manière rigoureuse les phénomènes de courants induits dans les conducteurs, la self-induction et l’induction mutuelle entre circuits, ainsi que la répartition des courants dans des systèmes à une ou trois dimensions. Jouguet y développe les méthodes mathématiques nécessaires pour intégrer les équations fondamentales et décrire précisément les interactions entre champs électriques et magnétiques. Une part importante est également consacrée aux actions électromagnétiques, notamment aux forces, au travail et à l’énergie associés aux champs et aux courants. Ce volume constitue ainsi une synthèse théorique exigeante, destinée aux étudiants avancés et aux chercheurs, visant à donner une compréhension profonde des mécanismes de l’induction et des interactions électromagnétiques dans l’électromagnétisme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