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traitement des 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Desjardins,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 rev. et améliorée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de l'École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277-292.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2553006438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épuration/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théories auxquelles recourent le plus souvent les ingénieurs chargés de produire de l'eau potable. Il se veut de plus un manuel de formation. Ainsi, l'aspect pédagogique a été particulièrement soigné, et la théorie, présentée de façon claire et précise, est illustrée d'exemples dans la plupart des chapitres. Par ailleurs, à la fin du livre, une série de problèmes permet au lecteur de vérifier s'il a bien assimilé la matière.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