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génétique : cours QCM QROC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Petit, Jean-Michel/ Arico, Sébastien/ Julien, Raymond/ </w:t>
            </w:r>
          </w:p>
        </w:tc>
      </w:tr>
      <w:tr>
        <w:trPr>
          <w:trHeight w:val="567"/>
        </w:trPr>
        <w:tc>
          <w:tcPr>
            <w:tcW w:type="dxa" w:w="3000"/>
          </w:tcPr>
          <w:p>
            <w:r>
              <w:t>Edition</w:t>
            </w:r>
          </w:p>
        </w:tc>
        <w:tc>
          <w:tcPr>
            <w:tcW w:type="dxa" w:w="7000"/>
          </w:tcPr>
          <w:p>
            <w:r>
              <w:t>4éme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Mini manuel de(N°:None)</w:t>
            </w:r>
          </w:p>
        </w:tc>
      </w:tr>
      <w:tr>
        <w:trPr>
          <w:trHeight w:val="567"/>
        </w:trPr>
        <w:tc>
          <w:tcPr>
            <w:tcW w:type="dxa" w:w="3000"/>
          </w:tcPr>
          <w:p>
            <w:r>
              <w:t>Numéro d'Identification</w:t>
            </w:r>
          </w:p>
        </w:tc>
        <w:tc>
          <w:tcPr>
            <w:tcW w:type="dxa" w:w="7000"/>
          </w:tcPr>
          <w:p>
            <w:r>
              <w:t>9782100727537</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manuel/ génétique/ </w:t>
            </w:r>
          </w:p>
        </w:tc>
      </w:tr>
    </w:tbl>
    <w:p>
      <w:pPr>
        <w:pStyle w:val="Heading3"/>
      </w:pPr>
      <w:r>
        <w:t>Résumé :</w:t>
      </w:r>
    </w:p>
    <w:p>
      <w:r>
        <w:t>Conçus pour faciliter aussi bien l'apprentissage que la révision, les Mini Manuels proposent un cours concis richement illustré avec des exemples et des méthodes pour vous accompagner jusqu'à l'examen. Des exercices, tous corrigés, complètent le cours.</w:t>
        <w:br/>
        <w:br/>
        <w:t>L'ouvrage propose un aperçu des diffférentes approches de l'individu, des populations et de l'évolution à l'échelle moléculaire. Cette nouvelle édition prend en compte les dernières avancées d'une discipline devenue aujourd'hui essentielle dans tout cursus de formation en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