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Automatique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Humbert, Claude/ Bicking-Simon, Frédérique/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Flash prépa(N°:None)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190-192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2225854432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629.8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de la stabilité/ boucle ouverte/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outil précieux pour les étudiants souhaitant maîtriser les principes de l’automatique, avec un équilibre entre théorie et pratique grâce à des exercices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