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énergies renouvelables aujourd'hui et demain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Jean/ Adam, Henry/ Bonnelle, Denis/ Girtan, Denis/ Bernard,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9782729864484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énergies renouvelables/ environnement/ énergie/ </w:t>
            </w:r>
          </w:p>
        </w:tc>
      </w:tr>
    </w:tbl>
    <w:p>
      <w:pPr>
        <w:pStyle w:val="Heading3"/>
      </w:pPr>
      <w:r>
        <w:t>Résumé :</w:t>
      </w:r>
    </w:p>
    <w:p>
      <w:r>
        <w:t>l’ouvrage décrivent les développements récents dans le monde des technologies d’exploitation des énergies renouvelables et font le point sur les recherches en cours ou les idées futuristes.</w:t>
        <w:br/>
        <w:br/>
        <w:t>Durant des millénaires, les hommes ont eu les énergies renouvelables pour seules sources d’énergie. Aujourd’hui, chacun a conscience que les énergies fossiles seront un jour épuisées et sont fortement polluantes. L’humanité sait qu’un renouveau des énergies renouvelables sera nécessairement l’une des fondations de tout développement durable.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