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verre,  science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Barton, James/ Guillemet, Claude/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XVI-440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Matériaux. Chimie(N°:None)</w:t>
            </w:r>
          </w:p>
        </w:tc>
      </w:tr>
      <w:tr>
        <w:trPr>
          <w:trHeight w:val="567"/>
        </w:trPr>
        <w:tc>
          <w:tcPr>
            <w:tcW w:type="dxa" w:w="3000"/>
          </w:tcPr>
          <w:p>
            <w:r>
              <w:t>Numéro d'Identification</w:t>
            </w:r>
          </w:p>
        </w:tc>
        <w:tc>
          <w:tcPr>
            <w:tcW w:type="dxa" w:w="7000"/>
          </w:tcPr>
          <w:p>
            <w:r>
              <w:t>2868837891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nanostructurés/ Technologie du verre/ </w:t>
            </w:r>
          </w:p>
        </w:tc>
      </w:tr>
    </w:tbl>
    <w:p>
      <w:pPr>
        <w:pStyle w:val="Heading3"/>
      </w:pPr>
      <w:r>
        <w:t>Résumé :</w:t>
      </w:r>
    </w:p>
    <w:p>
      <w:r>
        <w:t>Le verre, sous ses multiples formes, fait partie depuis très longtemps de notre environnement quotidien. De nouveaux produits verriers apparaissent constamment, renouvelant les liens qui unissent notre civilisation à cette matière familière et fondamentale. Ce livre apporte un éclairage sur les connaissances actuelles de l'état vitreux et de ses propriétés, mais surtout il décrit simplement les principaux procédés d'élaboration et de mise en forme en les plaçant toujours dans une perspective historique. Conçu dans un esprit didactique, cet ouvrage devrait s'avérer une source d'informations précieuses pour l'étudiant et le technicien du verre. Les deux auteurs de cet ouvrage ont été pendant quatre décennies des acteurs privilégiés de la " saga " scientifique et industrielle du verre au sein des laboratoires centraux de recherche de la compagnie Saint Gobain.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